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/>
        <w:jc w:val="right"/>
      </w:pPr>
      <w:r>
        <w:rPr>
          <w:rFonts w:ascii="Arial" w:hAnsi="Arial"/>
          <w:b w:val="0"/>
          <w:sz w:val="18"/>
        </w:rPr>
        <w:t>Duomenų subjekto teisių įgyvendinimo tvarkos</w:t>
      </w:r>
    </w:p>
    <w:p>
      <w:pPr>
        <w:spacing w:after="280" w:before="0"/>
        <w:jc w:val="right"/>
      </w:pPr>
      <w:r>
        <w:rPr>
          <w:rFonts w:ascii="Arial" w:hAnsi="Arial"/>
          <w:b w:val="0"/>
          <w:sz w:val="18"/>
        </w:rPr>
        <w:t>1 priedas</w:t>
      </w:r>
    </w:p>
    <w:p>
      <w:pPr>
        <w:spacing w:after="0" w:before="0"/>
        <w:jc w:val="center"/>
      </w:pPr>
      <w:r>
        <w:rPr>
          <w:rFonts w:ascii="Arial" w:hAnsi="Arial"/>
          <w:b w:val="0"/>
        </w:rPr>
        <w:t>___________________________________________</w:t>
      </w:r>
    </w:p>
    <w:p>
      <w:pPr>
        <w:spacing w:after="200" w:before="0"/>
        <w:jc w:val="center"/>
      </w:pPr>
      <w:r>
        <w:rPr>
          <w:rFonts w:ascii="Arial" w:hAnsi="Arial"/>
          <w:b w:val="0"/>
          <w:sz w:val="18"/>
        </w:rPr>
        <w:t>(Duomenų subjekto vardas, pavardė)</w:t>
      </w:r>
    </w:p>
    <w:p>
      <w:pPr>
        <w:spacing w:after="0" w:before="0"/>
        <w:jc w:val="center"/>
      </w:pPr>
      <w:r>
        <w:rPr>
          <w:rFonts w:ascii="Arial" w:hAnsi="Arial"/>
          <w:b w:val="0"/>
        </w:rPr>
        <w:t>__________________________________________________________________________________</w:t>
      </w:r>
    </w:p>
    <w:p>
      <w:pPr>
        <w:spacing w:after="200" w:before="0"/>
        <w:jc w:val="center"/>
      </w:pPr>
      <w:r>
        <w:rPr>
          <w:rFonts w:ascii="Arial" w:hAnsi="Arial"/>
          <w:b w:val="0"/>
          <w:sz w:val="18"/>
        </w:rPr>
        <w:t>(Adresas ir (ar) kiti kontaktiniai duomenys (telefono ryšio numeris ar el. pašto adresas (nurodoma pareiškėjui pageidaujant)</w:t>
      </w:r>
    </w:p>
    <w:p>
      <w:pPr>
        <w:spacing w:after="0" w:before="0"/>
        <w:jc w:val="center"/>
      </w:pPr>
      <w:r>
        <w:rPr>
          <w:rFonts w:ascii="Arial" w:hAnsi="Arial"/>
          <w:b w:val="0"/>
        </w:rPr>
        <w:t>__________________________________________________________________________________</w:t>
      </w:r>
    </w:p>
    <w:p>
      <w:pPr>
        <w:spacing w:after="280" w:before="0"/>
        <w:jc w:val="center"/>
      </w:pPr>
      <w:r>
        <w:rPr>
          <w:rFonts w:ascii="Arial" w:hAnsi="Arial"/>
          <w:b w:val="0"/>
          <w:sz w:val="18"/>
        </w:rPr>
        <w:t>(Atstovas ir atstovavimo pagrindas, jeigu prašymą pateikia duomenų subjekto atstovas)</w:t>
      </w:r>
    </w:p>
    <w:p>
      <w:pPr>
        <w:spacing w:after="60" w:before="0"/>
        <w:jc w:val="left"/>
      </w:pPr>
      <w:r>
        <w:rPr>
          <w:rFonts w:ascii="Arial" w:hAnsi="Arial"/>
          <w:b/>
        </w:rPr>
        <w:t>BĮ „Lietuvos mokslų akademija“</w:t>
      </w:r>
    </w:p>
    <w:p>
      <w:pPr>
        <w:spacing w:after="60" w:before="0"/>
        <w:jc w:val="left"/>
      </w:pPr>
      <w:r>
        <w:rPr>
          <w:rFonts w:ascii="Arial" w:hAnsi="Arial"/>
          <w:b w:val="0"/>
        </w:rPr>
        <w:t>Juridinio asmens kodas: 111958852</w:t>
      </w:r>
    </w:p>
    <w:p>
      <w:pPr>
        <w:spacing w:after="280" w:before="0"/>
        <w:jc w:val="left"/>
      </w:pPr>
      <w:r>
        <w:rPr>
          <w:rFonts w:ascii="Arial" w:hAnsi="Arial"/>
          <w:b w:val="0"/>
        </w:rPr>
        <w:t>Adresas: Gedimino pr. 3, LT-01103 Vilnius</w:t>
      </w:r>
    </w:p>
    <w:p>
      <w:pPr>
        <w:spacing w:after="40" w:before="0"/>
        <w:jc w:val="center"/>
      </w:pPr>
      <w:r>
        <w:rPr>
          <w:rFonts w:ascii="Arial" w:hAnsi="Arial"/>
          <w:b/>
          <w:sz w:val="24"/>
        </w:rPr>
        <w:t>PRAŠYMAS</w:t>
      </w:r>
    </w:p>
    <w:p>
      <w:pPr>
        <w:spacing w:after="200" w:before="0"/>
        <w:jc w:val="center"/>
      </w:pPr>
      <w:r>
        <w:rPr>
          <w:rFonts w:ascii="Arial" w:hAnsi="Arial"/>
          <w:b/>
          <w:sz w:val="22"/>
        </w:rPr>
        <w:t>ĮGYVENDINTI DUOMENŲ SUBJEKTO TEISĘ (-ES)</w:t>
      </w:r>
    </w:p>
    <w:p>
      <w:pPr>
        <w:spacing w:after="0" w:before="0"/>
        <w:jc w:val="center"/>
      </w:pPr>
      <w:r>
        <w:rPr>
          <w:rFonts w:ascii="Arial" w:hAnsi="Arial"/>
          <w:b w:val="0"/>
        </w:rPr>
        <w:t>____________</w:t>
      </w:r>
    </w:p>
    <w:p>
      <w:pPr>
        <w:spacing w:after="40" w:before="0"/>
        <w:jc w:val="center"/>
      </w:pPr>
      <w:r>
        <w:rPr>
          <w:rFonts w:ascii="Arial" w:hAnsi="Arial"/>
          <w:b w:val="0"/>
          <w:sz w:val="18"/>
        </w:rPr>
        <w:t>(Data)</w:t>
      </w:r>
    </w:p>
    <w:p>
      <w:pPr>
        <w:spacing w:after="0" w:before="0"/>
        <w:jc w:val="center"/>
      </w:pPr>
      <w:r>
        <w:rPr>
          <w:rFonts w:ascii="Arial" w:hAnsi="Arial"/>
          <w:b w:val="0"/>
        </w:rPr>
        <w:t>________</w:t>
      </w:r>
    </w:p>
    <w:p>
      <w:pPr>
        <w:spacing w:after="240" w:before="0"/>
        <w:jc w:val="center"/>
      </w:pPr>
      <w:r>
        <w:rPr>
          <w:rFonts w:ascii="Arial" w:hAnsi="Arial"/>
          <w:b w:val="0"/>
          <w:sz w:val="18"/>
        </w:rPr>
        <w:t>(Vieta)</w:t>
      </w:r>
    </w:p>
    <w:p>
      <w:pPr>
        <w:spacing w:after="40" w:before="0"/>
      </w:pPr>
      <w:r>
        <w:rPr>
          <w:rFonts w:ascii="Arial" w:hAnsi="Arial"/>
          <w:b/>
        </w:rPr>
        <w:t>1. Prašau įgyvendinti šią (šias) duomenų subjekto teisę (-es):</w:t>
      </w:r>
    </w:p>
    <w:p>
      <w:pPr>
        <w:spacing w:after="80" w:before="0"/>
      </w:pPr>
      <w:r>
        <w:rPr>
          <w:rFonts w:ascii="Arial" w:hAnsi="Arial"/>
          <w:b w:val="0"/>
          <w:sz w:val="18"/>
        </w:rPr>
        <w:t>(Tinkamą langelį pažymėkite kryželiu):</w:t>
      </w:r>
    </w:p>
    <w:p>
      <w:pPr>
        <w:spacing w:after="40" w:before="0"/>
      </w:pPr>
      <w:r>
        <w:rPr>
          <w:rFonts w:ascii="DejaVu Sans" w:hAnsi="DejaVu Sans"/>
          <w:b w:val="0"/>
        </w:rPr>
        <w:t>☐  Teisę gauti informaciją apie duomenų tvarkymą</w:t>
      </w:r>
    </w:p>
    <w:p>
      <w:pPr>
        <w:spacing w:after="40" w:before="0"/>
      </w:pPr>
      <w:r>
        <w:rPr>
          <w:rFonts w:ascii="DejaVu Sans" w:hAnsi="DejaVu Sans"/>
          <w:b w:val="0"/>
        </w:rPr>
        <w:t>☐  Teisę susipažinti su duomenimis</w:t>
      </w:r>
    </w:p>
    <w:p>
      <w:pPr>
        <w:spacing w:after="40" w:before="0"/>
      </w:pPr>
      <w:r>
        <w:rPr>
          <w:rFonts w:ascii="DejaVu Sans" w:hAnsi="DejaVu Sans"/>
          <w:b w:val="0"/>
        </w:rPr>
        <w:t>☐  Teisę reikalauti ištaisyti duomenis</w:t>
      </w:r>
    </w:p>
    <w:p>
      <w:pPr>
        <w:spacing w:after="40" w:before="0"/>
      </w:pPr>
      <w:r>
        <w:rPr>
          <w:rFonts w:ascii="DejaVu Sans" w:hAnsi="DejaVu Sans"/>
          <w:b w:val="0"/>
        </w:rPr>
        <w:t>☐  Teisę reikalauti ištrinti duomenis („teisė būti pamirštam“)</w:t>
      </w:r>
    </w:p>
    <w:p>
      <w:pPr>
        <w:spacing w:after="40" w:before="0"/>
      </w:pPr>
      <w:r>
        <w:rPr>
          <w:rFonts w:ascii="DejaVu Sans" w:hAnsi="DejaVu Sans"/>
          <w:b w:val="0"/>
        </w:rPr>
        <w:t>☐  Teisę apriboti duomenų tvarkymą</w:t>
      </w:r>
    </w:p>
    <w:p>
      <w:pPr>
        <w:spacing w:after="40" w:before="0"/>
      </w:pPr>
      <w:r>
        <w:rPr>
          <w:rFonts w:ascii="DejaVu Sans" w:hAnsi="DejaVu Sans"/>
          <w:b w:val="0"/>
        </w:rPr>
        <w:t>☐  Teisę į duomenų perkeliamumą</w:t>
      </w:r>
    </w:p>
    <w:p>
      <w:pPr>
        <w:spacing w:after="40" w:before="0"/>
      </w:pPr>
      <w:r>
        <w:rPr>
          <w:rFonts w:ascii="DejaVu Sans" w:hAnsi="DejaVu Sans"/>
          <w:b w:val="0"/>
        </w:rPr>
        <w:t>☐  Teisę nesutikti su duomenų tvarkymu</w:t>
      </w:r>
    </w:p>
    <w:p>
      <w:pPr>
        <w:spacing w:after="40" w:before="0"/>
      </w:pPr>
      <w:r>
        <w:rPr>
          <w:rFonts w:ascii="DejaVu Sans" w:hAnsi="DejaVu Sans"/>
          <w:b w:val="0"/>
        </w:rPr>
        <w:t>☐  Teisę reikalauti, kad nebūtų taikomas tik automatizuotu duomenų tvarkymu, įskaitant profiliavimą, grindžiamas sprendimas</w:t>
      </w:r>
    </w:p>
    <w:p>
      <w:pPr>
        <w:spacing w:after="80" w:before="0"/>
      </w:pPr>
      <w:r>
        <w:rPr>
          <w:rFonts w:ascii="Arial" w:hAnsi="Arial"/>
          <w:b/>
        </w:rPr>
        <w:t>2. Nurodykite, ko konkrečiai prašote ir pateikite kiek įmanoma daugiau informacijos, kuri leistų tinkamai įgyvendinti Jūsų teisę (-es) (pavyzdžiui, jeigu norite gauti asmens duomenų kopiją, nurodykite, kokių konkrečiai duomenų (pavyzdžiui, 2025 m. x mėn. x d. elektroninio pašto laiško kopiją), pageidaujate gauti; jeigu norite ištaisyti duomenis, nurodykite, kokie konkrečiai Jūsų asmens duomenys yra netikslūs; jeigu nesutinkate, kad būtų tvarkomi Jūsų asmens duomenys, tuomet nurodykite argumentus, kuriais grindžiate savo nesutikimą, nurodykite dėl kokio konkrečiai duomenų tvarkymo nesutinkate; jeigu kreipiatės dėl teisės į duomenų perkeliamumą įgyvendinimo, prašome nurodyti, kokių duomenų atžvilgiu šią teisę pageidaujate įgyvendinti, ar pageidaujate juos perkelti į savo įrenginį ar kitam duomenų valdytojui, jeigu pastarajam, tuomet nurodykite kokiam):</w:t>
      </w:r>
    </w:p>
    <w:p>
      <w:pPr>
        <w:spacing w:after="40" w:before="0"/>
      </w:pPr>
      <w:r>
        <w:rPr>
          <w:rFonts w:ascii="Arial" w:hAnsi="Arial"/>
          <w:b w:val="0"/>
        </w:rPr>
        <w:t>__________________________________________________________________________________</w:t>
      </w:r>
    </w:p>
    <w:p>
      <w:pPr>
        <w:spacing w:after="40" w:before="0"/>
      </w:pPr>
      <w:r>
        <w:rPr>
          <w:rFonts w:ascii="Arial" w:hAnsi="Arial"/>
          <w:b w:val="0"/>
        </w:rPr>
        <w:t>__________________________________________________________________________________</w:t>
      </w:r>
    </w:p>
    <w:p>
      <w:pPr>
        <w:spacing w:after="40" w:before="0"/>
      </w:pPr>
      <w:r>
        <w:rPr>
          <w:rFonts w:ascii="Arial" w:hAnsi="Arial"/>
          <w:b w:val="0"/>
        </w:rPr>
        <w:t>__________________________________________________________________________________</w:t>
      </w:r>
    </w:p>
    <w:p>
      <w:pPr>
        <w:spacing w:after="40" w:before="0"/>
      </w:pPr>
      <w:r>
        <w:rPr>
          <w:rFonts w:ascii="Arial" w:hAnsi="Arial"/>
          <w:b w:val="0"/>
        </w:rPr>
        <w:t>__________________________________________________________________________________</w:t>
      </w:r>
    </w:p>
    <w:p>
      <w:pPr>
        <w:spacing w:after="40" w:before="0"/>
      </w:pPr>
      <w:r>
        <w:rPr>
          <w:rFonts w:ascii="Arial" w:hAnsi="Arial"/>
          <w:b w:val="0"/>
        </w:rPr>
        <w:t>__________________________________________________________________________________</w:t>
      </w:r>
    </w:p>
    <w:p>
      <w:pPr>
        <w:spacing w:after="40" w:before="0"/>
      </w:pPr>
      <w:r>
        <w:rPr>
          <w:rFonts w:ascii="Arial" w:hAnsi="Arial"/>
          <w:b w:val="0"/>
        </w:rPr>
        <w:t>__________________________________________________________________________________</w:t>
      </w:r>
    </w:p>
    <w:p>
      <w:pPr>
        <w:spacing w:after="40" w:before="0"/>
      </w:pPr>
      <w:r>
        <w:rPr>
          <w:rFonts w:ascii="Arial" w:hAnsi="Arial"/>
          <w:b w:val="0"/>
        </w:rPr>
        <w:t>__________________________________________________________________________________</w:t>
      </w:r>
    </w:p>
    <w:p>
      <w:pPr>
        <w:spacing w:after="40" w:before="0"/>
      </w:pPr>
      <w:r>
        <w:rPr>
          <w:rFonts w:ascii="Arial" w:hAnsi="Arial"/>
          <w:b w:val="0"/>
        </w:rPr>
        <w:t>__________________________________________________________________________________</w:t>
      </w:r>
    </w:p>
    <w:p>
      <w:pPr>
        <w:spacing w:after="60" w:before="120"/>
      </w:pPr>
      <w:r>
        <w:rPr>
          <w:rFonts w:ascii="Arial" w:hAnsi="Arial"/>
          <w:b/>
        </w:rPr>
        <w:t>PRIDEDAMA:</w:t>
      </w:r>
    </w:p>
    <w:p>
      <w:pPr>
        <w:spacing w:after="60" w:before="0"/>
      </w:pPr>
      <w:r>
        <w:rPr>
          <w:rFonts w:ascii="Arial" w:hAnsi="Arial"/>
          <w:b w:val="0"/>
        </w:rPr>
        <w:t>1.    ________________________________________________________________________</w:t>
      </w:r>
    </w:p>
    <w:p>
      <w:pPr>
        <w:spacing w:after="60" w:before="0"/>
      </w:pPr>
      <w:r>
        <w:rPr>
          <w:rFonts w:ascii="Arial" w:hAnsi="Arial"/>
          <w:b w:val="0"/>
        </w:rPr>
        <w:t>2.    ________________________________________________________________________</w:t>
      </w:r>
    </w:p>
    <w:p>
      <w:pPr>
        <w:spacing w:after="60" w:before="0"/>
      </w:pPr>
      <w:r>
        <w:rPr>
          <w:rFonts w:ascii="Arial" w:hAnsi="Arial"/>
          <w:b w:val="0"/>
        </w:rPr>
        <w:t>3.    ________________________________________________________________________</w:t>
      </w:r>
    </w:p>
    <w:p>
      <w:pPr>
        <w:spacing w:after="60" w:before="0"/>
      </w:pPr>
      <w:r>
        <w:rPr>
          <w:rFonts w:ascii="Arial" w:hAnsi="Arial"/>
          <w:b w:val="0"/>
        </w:rPr>
        <w:t>4.    ________________________________________________________________________</w:t>
      </w:r>
    </w:p>
    <w:p>
      <w:pPr>
        <w:spacing w:after="120" w:before="0"/>
      </w:pPr>
      <w:r>
        <w:rPr>
          <w:rFonts w:ascii="Arial" w:hAnsi="Arial"/>
          <w:b w:val="0"/>
        </w:rPr>
      </w:r>
    </w:p>
    <w:p>
      <w:pPr>
        <w:spacing w:after="0" w:before="0"/>
        <w:jc w:val="center"/>
      </w:pPr>
      <w:r>
        <w:rPr>
          <w:rFonts w:ascii="Arial" w:hAnsi="Arial"/>
          <w:b w:val="0"/>
        </w:rPr>
        <w:t>______________  __________________</w:t>
      </w:r>
    </w:p>
    <w:p>
      <w:pPr>
        <w:spacing w:after="160" w:before="0"/>
        <w:jc w:val="center"/>
      </w:pPr>
      <w:r>
        <w:rPr>
          <w:rFonts w:ascii="Arial" w:hAnsi="Arial"/>
          <w:b w:val="0"/>
          <w:sz w:val="18"/>
        </w:rPr>
        <w:t>(Data)          (Parašas)</w:t>
      </w:r>
    </w:p>
    <w:p>
      <w:pPr>
        <w:spacing w:after="0" w:before="0"/>
        <w:jc w:val="center"/>
      </w:pPr>
      <w:r>
        <w:rPr>
          <w:rFonts w:ascii="Arial" w:hAnsi="Arial"/>
          <w:b w:val="0"/>
        </w:rPr>
        <w:t>_______________________________</w:t>
      </w:r>
    </w:p>
    <w:p>
      <w:pPr>
        <w:spacing w:after="60" w:before="0"/>
        <w:jc w:val="center"/>
      </w:pPr>
      <w:r>
        <w:rPr>
          <w:rFonts w:ascii="Arial" w:hAnsi="Arial"/>
          <w:b w:val="0"/>
          <w:sz w:val="18"/>
        </w:rPr>
        <w:t>(Vardas, pavardė)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